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8"/>
        <w:gridCol w:w="3312"/>
      </w:tblGrid>
      <w:tr w:rsidR="004315D4" w14:paraId="32EE7E11" w14:textId="77777777">
        <w:trPr>
          <w:jc w:val="center"/>
        </w:trPr>
        <w:tc>
          <w:tcPr>
            <w:tcW w:w="7488" w:type="dxa"/>
          </w:tcPr>
          <w:p w14:paraId="7C22777D" w14:textId="3A30CFB3" w:rsidR="004315D4" w:rsidRPr="00ED4FB4" w:rsidRDefault="00EB3FFA">
            <w:pPr>
              <w:spacing w:after="20"/>
              <w:rPr>
                <w:lang w:val="es-MX"/>
              </w:rPr>
            </w:pPr>
            <w:r w:rsidRPr="00EB3FFA">
              <w:rPr>
                <w:rFonts w:ascii="Arial" w:hAnsi="Arial"/>
                <w:b/>
                <w:noProof/>
                <w:color w:val="003366"/>
                <w:sz w:val="20"/>
                <w:lang w:val="es-MX"/>
              </w:rPr>
              <w:drawing>
                <wp:anchor distT="0" distB="0" distL="114300" distR="114300" simplePos="0" relativeHeight="251662848" behindDoc="0" locked="0" layoutInCell="1" allowOverlap="1" wp14:anchorId="7D621579" wp14:editId="580626D7">
                  <wp:simplePos x="0" y="0"/>
                  <wp:positionH relativeFrom="column">
                    <wp:posOffset>3905250</wp:posOffset>
                  </wp:positionH>
                  <wp:positionV relativeFrom="paragraph">
                    <wp:posOffset>-147955</wp:posOffset>
                  </wp:positionV>
                  <wp:extent cx="350104" cy="44767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104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3FA" w:rsidRPr="00ED4FB4">
              <w:rPr>
                <w:rFonts w:ascii="Arial" w:hAnsi="Arial"/>
                <w:b/>
                <w:color w:val="003366"/>
                <w:sz w:val="20"/>
                <w:lang w:val="es-MX"/>
              </w:rPr>
              <w:t>CENTRO DE INVESTIGACIÓN EN MATEMÁTICAS, A.C.</w:t>
            </w:r>
          </w:p>
          <w:p w14:paraId="514EE155" w14:textId="3645F992" w:rsidR="004315D4" w:rsidRPr="00ED4FB4" w:rsidRDefault="004543FA">
            <w:pPr>
              <w:spacing w:after="0"/>
              <w:rPr>
                <w:lang w:val="es-MX"/>
              </w:rPr>
            </w:pPr>
            <w:r w:rsidRPr="00ED4FB4">
              <w:rPr>
                <w:rFonts w:ascii="Arial" w:hAnsi="Arial"/>
                <w:b/>
                <w:color w:val="646464"/>
                <w:sz w:val="17"/>
                <w:lang w:val="es-MX"/>
              </w:rPr>
              <w:t>Coordinación de Formación Académica | Control de Espacios</w:t>
            </w:r>
          </w:p>
        </w:tc>
        <w:tc>
          <w:tcPr>
            <w:tcW w:w="3312" w:type="dxa"/>
          </w:tcPr>
          <w:p w14:paraId="5A275B82" w14:textId="1BB2ECBD" w:rsidR="004315D4" w:rsidRDefault="004543FA">
            <w:pPr>
              <w:spacing w:after="20"/>
              <w:jc w:val="right"/>
            </w:pPr>
            <w:r w:rsidRPr="00B413B5">
              <w:rPr>
                <w:rFonts w:ascii="Arial" w:hAnsi="Arial"/>
                <w:b/>
                <w:color w:val="003366"/>
                <w:sz w:val="17"/>
                <w:lang w:val="es-MX"/>
              </w:rPr>
              <w:br/>
            </w:r>
            <w:proofErr w:type="spellStart"/>
            <w:r>
              <w:rPr>
                <w:rFonts w:ascii="Arial" w:hAnsi="Arial"/>
                <w:color w:val="333333"/>
                <w:sz w:val="17"/>
              </w:rPr>
              <w:t>Fecha</w:t>
            </w:r>
            <w:proofErr w:type="spellEnd"/>
            <w:r>
              <w:rPr>
                <w:rFonts w:ascii="Arial" w:hAnsi="Arial"/>
                <w:color w:val="333333"/>
                <w:sz w:val="17"/>
              </w:rPr>
              <w:t>: ___ / ___ / 20___</w:t>
            </w:r>
          </w:p>
        </w:tc>
      </w:tr>
    </w:tbl>
    <w:p w14:paraId="78856E61" w14:textId="77777777" w:rsidR="004543FA" w:rsidRDefault="004543FA">
      <w:pPr>
        <w:spacing w:before="80" w:after="80"/>
        <w:jc w:val="center"/>
        <w:rPr>
          <w:rFonts w:ascii="Arial" w:hAnsi="Arial"/>
          <w:b/>
          <w:color w:val="003366"/>
          <w:sz w:val="21"/>
          <w:lang w:val="es-MX"/>
        </w:rPr>
      </w:pPr>
    </w:p>
    <w:p w14:paraId="026724FA" w14:textId="74D7091C" w:rsidR="004315D4" w:rsidRPr="00ED4FB4" w:rsidRDefault="004543FA">
      <w:pPr>
        <w:spacing w:before="80" w:after="80"/>
        <w:jc w:val="center"/>
        <w:rPr>
          <w:lang w:val="es-MX"/>
        </w:rPr>
      </w:pPr>
      <w:r w:rsidRPr="00ED4FB4">
        <w:rPr>
          <w:rFonts w:ascii="Arial" w:hAnsi="Arial"/>
          <w:b/>
          <w:color w:val="003366"/>
          <w:sz w:val="21"/>
          <w:lang w:val="es-MX"/>
        </w:rPr>
        <w:t>VALE DE RESGUARDO Y RECEPCIÓN DE LLAVES Y ESPACIO</w:t>
      </w:r>
    </w:p>
    <w:p w14:paraId="4A023348" w14:textId="11FA48FF" w:rsidR="004315D4" w:rsidRDefault="004543FA">
      <w:pPr>
        <w:spacing w:before="40" w:after="40"/>
      </w:pPr>
      <w:r>
        <w:rPr>
          <w:rFonts w:ascii="Arial" w:hAnsi="Arial"/>
          <w:b/>
          <w:color w:val="003366"/>
          <w:sz w:val="17"/>
        </w:rPr>
        <w:t>1. DATOS DEL RESGUARDANTE</w:t>
      </w: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</w:tblBorders>
        <w:tblLook w:val="04A0" w:firstRow="1" w:lastRow="0" w:firstColumn="1" w:lastColumn="0" w:noHBand="0" w:noVBand="1"/>
      </w:tblPr>
      <w:tblGrid>
        <w:gridCol w:w="6474"/>
        <w:gridCol w:w="4316"/>
      </w:tblGrid>
      <w:tr w:rsidR="004315D4" w14:paraId="10283D94" w14:textId="77777777">
        <w:trPr>
          <w:jc w:val="center"/>
        </w:trPr>
        <w:tc>
          <w:tcPr>
            <w:tcW w:w="64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762E4B" w14:textId="77777777" w:rsidR="004315D4" w:rsidRDefault="004543FA">
            <w:pPr>
              <w:spacing w:after="20"/>
            </w:pPr>
            <w:r>
              <w:rPr>
                <w:rFonts w:ascii="Arial" w:hAnsi="Arial"/>
                <w:b/>
                <w:sz w:val="16"/>
              </w:rPr>
              <w:t xml:space="preserve">Nombre completo: </w:t>
            </w:r>
            <w:r>
              <w:rPr>
                <w:rFonts w:ascii="Arial" w:hAnsi="Arial"/>
                <w:sz w:val="16"/>
              </w:rPr>
              <w:t>______________________________________</w:t>
            </w:r>
          </w:p>
        </w:tc>
        <w:tc>
          <w:tcPr>
            <w:tcW w:w="43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DADB9F" w14:textId="667CEBB7" w:rsidR="004315D4" w:rsidRDefault="004543FA">
            <w:pPr>
              <w:spacing w:after="20"/>
            </w:pPr>
            <w:proofErr w:type="spellStart"/>
            <w:r>
              <w:rPr>
                <w:rFonts w:ascii="Arial" w:hAnsi="Arial"/>
                <w:b/>
                <w:sz w:val="16"/>
              </w:rPr>
              <w:t>Programa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/ </w:t>
            </w:r>
            <w:proofErr w:type="spellStart"/>
            <w:r w:rsidR="00E312BB">
              <w:rPr>
                <w:rFonts w:ascii="Arial" w:hAnsi="Arial"/>
                <w:b/>
                <w:sz w:val="16"/>
              </w:rPr>
              <w:t>Á</w:t>
            </w:r>
            <w:r>
              <w:rPr>
                <w:rFonts w:ascii="Arial" w:hAnsi="Arial"/>
                <w:b/>
                <w:sz w:val="16"/>
              </w:rPr>
              <w:t>rea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: </w:t>
            </w:r>
            <w:r>
              <w:rPr>
                <w:rFonts w:ascii="Arial" w:hAnsi="Arial"/>
                <w:sz w:val="16"/>
              </w:rPr>
              <w:t>____________________</w:t>
            </w:r>
          </w:p>
        </w:tc>
      </w:tr>
      <w:tr w:rsidR="004315D4" w14:paraId="6C1CCD64" w14:textId="77777777">
        <w:trPr>
          <w:jc w:val="center"/>
        </w:trPr>
        <w:tc>
          <w:tcPr>
            <w:tcW w:w="64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CF0FEF" w14:textId="77777777" w:rsidR="004315D4" w:rsidRDefault="004543FA">
            <w:pPr>
              <w:spacing w:after="20"/>
            </w:pPr>
            <w:r>
              <w:rPr>
                <w:rFonts w:ascii="Arial" w:hAnsi="Arial"/>
                <w:b/>
                <w:sz w:val="16"/>
              </w:rPr>
              <w:t xml:space="preserve">Correo electrónico: </w:t>
            </w:r>
            <w:r>
              <w:rPr>
                <w:rFonts w:ascii="Arial" w:hAnsi="Arial"/>
                <w:sz w:val="16"/>
              </w:rPr>
              <w:t>____________________________________</w:t>
            </w:r>
          </w:p>
        </w:tc>
        <w:tc>
          <w:tcPr>
            <w:tcW w:w="43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A3345F" w14:textId="10F1053B" w:rsidR="004315D4" w:rsidRDefault="004543FA">
            <w:pPr>
              <w:spacing w:after="20"/>
            </w:pPr>
            <w:proofErr w:type="spellStart"/>
            <w:r>
              <w:rPr>
                <w:rFonts w:ascii="Arial" w:hAnsi="Arial"/>
                <w:b/>
                <w:sz w:val="16"/>
              </w:rPr>
              <w:t>Teléfono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: </w:t>
            </w:r>
            <w:r>
              <w:rPr>
                <w:rFonts w:ascii="Arial" w:hAnsi="Arial"/>
                <w:sz w:val="16"/>
              </w:rPr>
              <w:t>_______________________</w:t>
            </w:r>
          </w:p>
        </w:tc>
      </w:tr>
    </w:tbl>
    <w:p w14:paraId="28006DF7" w14:textId="77777777" w:rsidR="004315D4" w:rsidRPr="00ED4FB4" w:rsidRDefault="004543FA">
      <w:pPr>
        <w:spacing w:before="80" w:after="40"/>
        <w:rPr>
          <w:lang w:val="es-MX"/>
        </w:rPr>
      </w:pPr>
      <w:r w:rsidRPr="00ED4FB4">
        <w:rPr>
          <w:rFonts w:ascii="Arial" w:hAnsi="Arial"/>
          <w:b/>
          <w:color w:val="003366"/>
          <w:sz w:val="17"/>
          <w:lang w:val="es-MX"/>
        </w:rPr>
        <w:t>2. DATOS DEL ESPACIO Y LLAVE ASIGNADA</w:t>
      </w: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</w:tblBorders>
        <w:tblLook w:val="04A0" w:firstRow="1" w:lastRow="0" w:firstColumn="1" w:lastColumn="0" w:noHBand="0" w:noVBand="1"/>
      </w:tblPr>
      <w:tblGrid>
        <w:gridCol w:w="3906"/>
        <w:gridCol w:w="4218"/>
      </w:tblGrid>
      <w:tr w:rsidR="00B413B5" w:rsidRPr="00F509CA" w14:paraId="1621A2F2" w14:textId="77777777" w:rsidTr="00031915">
        <w:trPr>
          <w:trHeight w:val="710"/>
          <w:jc w:val="center"/>
        </w:trPr>
        <w:tc>
          <w:tcPr>
            <w:tcW w:w="390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87614A" w14:textId="212ABE22" w:rsidR="00B413B5" w:rsidRPr="00B413B5" w:rsidRDefault="00B413B5">
            <w:pPr>
              <w:rPr>
                <w:lang w:val="es-MX"/>
              </w:rPr>
            </w:pPr>
            <w:r w:rsidRPr="00B413B5">
              <w:rPr>
                <w:rFonts w:ascii="Arial" w:hAnsi="Arial"/>
                <w:b/>
                <w:sz w:val="16"/>
                <w:lang w:val="es-MX"/>
              </w:rPr>
              <w:t>No. de Oficina y Lugar: _____</w:t>
            </w:r>
            <w:r w:rsidRPr="00B413B5">
              <w:rPr>
                <w:rFonts w:ascii="Arial" w:hAnsi="Arial"/>
                <w:sz w:val="16"/>
                <w:lang w:val="es-MX"/>
              </w:rPr>
              <w:t>_____________</w:t>
            </w:r>
          </w:p>
        </w:tc>
        <w:tc>
          <w:tcPr>
            <w:tcW w:w="4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8AF68F" w14:textId="2827C5DA" w:rsidR="00B413B5" w:rsidRPr="00031915" w:rsidRDefault="00B413B5">
            <w:pPr>
              <w:rPr>
                <w:lang w:val="es-MX"/>
              </w:rPr>
            </w:pPr>
            <w:r w:rsidRPr="00031915">
              <w:rPr>
                <w:rFonts w:ascii="Arial" w:hAnsi="Arial"/>
                <w:b/>
                <w:sz w:val="16"/>
                <w:lang w:val="es-MX"/>
              </w:rPr>
              <w:t>Periodo</w:t>
            </w:r>
            <w:r w:rsidR="00031915" w:rsidRPr="00031915">
              <w:rPr>
                <w:rFonts w:ascii="Arial" w:hAnsi="Arial"/>
                <w:b/>
                <w:sz w:val="16"/>
                <w:lang w:val="es-MX"/>
              </w:rPr>
              <w:t xml:space="preserve"> de estancia</w:t>
            </w:r>
            <w:r w:rsidRPr="00031915">
              <w:rPr>
                <w:rFonts w:ascii="Arial" w:hAnsi="Arial"/>
                <w:b/>
                <w:sz w:val="16"/>
                <w:lang w:val="es-MX"/>
              </w:rPr>
              <w:t xml:space="preserve">: </w:t>
            </w:r>
            <w:r w:rsidRPr="00031915">
              <w:rPr>
                <w:rFonts w:ascii="Arial" w:hAnsi="Arial"/>
                <w:sz w:val="16"/>
                <w:lang w:val="es-MX"/>
              </w:rPr>
              <w:t>Del ___/___/20__ al ___/___/20__</w:t>
            </w:r>
          </w:p>
        </w:tc>
      </w:tr>
    </w:tbl>
    <w:p w14:paraId="2374CCF9" w14:textId="3023296A" w:rsidR="004315D4" w:rsidRPr="00ED4FB4" w:rsidRDefault="004543FA">
      <w:pPr>
        <w:spacing w:before="80" w:after="40"/>
        <w:rPr>
          <w:lang w:val="es-MX"/>
        </w:rPr>
      </w:pPr>
      <w:r w:rsidRPr="00ED4FB4">
        <w:rPr>
          <w:rFonts w:ascii="Arial" w:hAnsi="Arial"/>
          <w:b/>
          <w:color w:val="003366"/>
          <w:sz w:val="17"/>
          <w:lang w:val="es-MX"/>
        </w:rPr>
        <w:t>3. COMPROMISOS Y CONDICIONES DEL RESGUARDO</w:t>
      </w:r>
    </w:p>
    <w:p w14:paraId="52E822A1" w14:textId="77777777" w:rsidR="004315D4" w:rsidRPr="00ED4FB4" w:rsidRDefault="004543FA">
      <w:pPr>
        <w:spacing w:after="30"/>
        <w:ind w:left="288"/>
        <w:rPr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>Cuidar el mobiliario, equipo y el espacio físico que me sea asignado durante mi estancia.</w:t>
      </w:r>
    </w:p>
    <w:p w14:paraId="2E8560D7" w14:textId="40D157D3" w:rsidR="004315D4" w:rsidRDefault="004543FA">
      <w:pPr>
        <w:spacing w:after="30"/>
        <w:ind w:left="288"/>
        <w:rPr>
          <w:rFonts w:ascii="Arial" w:hAnsi="Arial"/>
          <w:color w:val="333333"/>
          <w:sz w:val="16"/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 xml:space="preserve">Resguardar y entregar a </w:t>
      </w:r>
      <w:r w:rsidR="00E312BB">
        <w:rPr>
          <w:rFonts w:ascii="Arial" w:hAnsi="Arial"/>
          <w:color w:val="333333"/>
          <w:sz w:val="16"/>
          <w:lang w:val="es-MX"/>
        </w:rPr>
        <w:t>Servicios Escolares</w:t>
      </w:r>
      <w:r w:rsidRPr="00ED4FB4">
        <w:rPr>
          <w:rFonts w:ascii="Arial" w:hAnsi="Arial"/>
          <w:color w:val="333333"/>
          <w:sz w:val="16"/>
          <w:lang w:val="es-MX"/>
        </w:rPr>
        <w:t xml:space="preserve"> el juego de llaves asignado al finalizar mi periodo.</w:t>
      </w:r>
    </w:p>
    <w:p w14:paraId="5C2BE1E2" w14:textId="609E0FAA" w:rsidR="00F509CA" w:rsidRPr="00F509CA" w:rsidRDefault="00F509CA" w:rsidP="00F509CA">
      <w:pPr>
        <w:spacing w:after="20"/>
        <w:ind w:left="284"/>
        <w:rPr>
          <w:sz w:val="16"/>
          <w:szCs w:val="16"/>
          <w:lang w:val="es-MX"/>
        </w:rPr>
      </w:pPr>
      <w:r w:rsidRPr="00F509CA">
        <w:rPr>
          <w:rFonts w:ascii="Arial" w:hAnsi="Arial"/>
          <w:b/>
          <w:color w:val="003366"/>
          <w:sz w:val="16"/>
          <w:szCs w:val="16"/>
          <w:lang w:val="es-MX"/>
        </w:rPr>
        <w:t xml:space="preserve">• </w:t>
      </w:r>
      <w:r w:rsidRPr="00F509CA">
        <w:rPr>
          <w:rFonts w:ascii="Arial" w:hAnsi="Arial"/>
          <w:color w:val="333333"/>
          <w:sz w:val="16"/>
          <w:szCs w:val="16"/>
          <w:lang w:val="es-MX"/>
        </w:rPr>
        <w:t>Entregar el espacio de trabajo completamente desocupado al término de mi estancia. Objetos o pertenencias dejados tras la entrega de llaves o vencimiento del periodo se considerarán abandonados y serán donados o desechados.</w:t>
      </w:r>
    </w:p>
    <w:p w14:paraId="4DE0F697" w14:textId="77777777" w:rsidR="004315D4" w:rsidRPr="00ED4FB4" w:rsidRDefault="004543FA">
      <w:pPr>
        <w:spacing w:after="30"/>
        <w:ind w:left="288"/>
        <w:rPr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>Realizar un depósito en garantía de $400.00 MXN (Cuatrocientos pesos 00/100 M.N.) por el resguardo de las llaves.</w:t>
      </w:r>
    </w:p>
    <w:p w14:paraId="4A60DA91" w14:textId="1F347B59" w:rsidR="004315D4" w:rsidRPr="00ED4FB4" w:rsidRDefault="004543FA">
      <w:pPr>
        <w:spacing w:after="30"/>
        <w:ind w:left="288"/>
        <w:rPr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>Autorizar el uso del depósito en caso de extravío, daño o no entrega de las llaves al término de mi periodo de estancia.</w:t>
      </w:r>
      <w:r w:rsidR="00ED4FB4" w:rsidRPr="00ED4FB4">
        <w:rPr>
          <w:noProof/>
          <w:lang w:val="es-MX"/>
        </w:rPr>
        <w:t xml:space="preserve"> </w:t>
      </w:r>
    </w:p>
    <w:p w14:paraId="00ADD31B" w14:textId="59FB7A5C" w:rsidR="004315D4" w:rsidRPr="00ED4FB4" w:rsidRDefault="004315D4">
      <w:pPr>
        <w:spacing w:before="80" w:after="24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</w:tblGrid>
      <w:tr w:rsidR="004543FA" w:rsidRPr="00F509CA" w14:paraId="1589E9BF" w14:textId="77777777">
        <w:trPr>
          <w:jc w:val="center"/>
        </w:trPr>
        <w:tc>
          <w:tcPr>
            <w:tcW w:w="5400" w:type="dxa"/>
          </w:tcPr>
          <w:p w14:paraId="278871E6" w14:textId="77777777" w:rsidR="004543FA" w:rsidRPr="00ED4FB4" w:rsidRDefault="004543FA" w:rsidP="004543FA">
            <w:pPr>
              <w:spacing w:after="0"/>
              <w:jc w:val="center"/>
              <w:rPr>
                <w:lang w:val="es-MX"/>
              </w:rPr>
            </w:pPr>
            <w:r w:rsidRPr="00ED4FB4">
              <w:rPr>
                <w:rFonts w:ascii="Arial" w:hAnsi="Arial"/>
                <w:sz w:val="16"/>
                <w:lang w:val="es-MX"/>
              </w:rPr>
              <w:t>_________________________________________</w:t>
            </w:r>
            <w:r w:rsidRPr="00ED4FB4">
              <w:rPr>
                <w:rFonts w:ascii="Arial" w:hAnsi="Arial"/>
                <w:sz w:val="16"/>
                <w:lang w:val="es-MX"/>
              </w:rPr>
              <w:br/>
            </w:r>
            <w:r w:rsidRPr="00ED4FB4">
              <w:rPr>
                <w:rFonts w:ascii="Arial" w:hAnsi="Arial"/>
                <w:b/>
                <w:color w:val="003366"/>
                <w:sz w:val="16"/>
                <w:lang w:val="es-MX"/>
              </w:rPr>
              <w:t>FIRMA DEL RESGUARDANTE</w:t>
            </w:r>
            <w:r w:rsidRPr="00ED4FB4">
              <w:rPr>
                <w:rFonts w:ascii="Arial" w:hAnsi="Arial"/>
                <w:b/>
                <w:color w:val="003366"/>
                <w:sz w:val="16"/>
                <w:lang w:val="es-MX"/>
              </w:rPr>
              <w:br/>
            </w:r>
            <w:r w:rsidRPr="00ED4FB4">
              <w:rPr>
                <w:rFonts w:ascii="Arial" w:hAnsi="Arial"/>
                <w:color w:val="646464"/>
                <w:sz w:val="15"/>
                <w:lang w:val="es-MX"/>
              </w:rPr>
              <w:t>(Nombre y Firma del Usuario)</w:t>
            </w:r>
          </w:p>
        </w:tc>
      </w:tr>
    </w:tbl>
    <w:p w14:paraId="21411B49" w14:textId="42CA90C3" w:rsidR="004543FA" w:rsidRPr="00F509CA" w:rsidRDefault="004543FA" w:rsidP="00F509CA">
      <w:pPr>
        <w:spacing w:before="80" w:after="80"/>
        <w:jc w:val="right"/>
        <w:rPr>
          <w:lang w:val="es-MX"/>
        </w:rPr>
      </w:pPr>
      <w:r w:rsidRPr="00ED4FB4">
        <w:rPr>
          <w:rFonts w:ascii="Arial" w:hAnsi="Arial"/>
          <w:b/>
          <w:color w:val="003366"/>
          <w:sz w:val="15"/>
          <w:lang w:val="es-MX"/>
        </w:rPr>
        <w:t>[TANTO 1] — DESTINO: Coordinación de Formación Académica / Servicios Escolares</w:t>
      </w:r>
    </w:p>
    <w:p w14:paraId="6EB36FDB" w14:textId="77777777" w:rsidR="004543FA" w:rsidRDefault="004543FA">
      <w:pPr>
        <w:spacing w:before="120" w:after="120"/>
        <w:jc w:val="center"/>
        <w:rPr>
          <w:rFonts w:ascii="Arial" w:hAnsi="Arial"/>
          <w:color w:val="646464"/>
          <w:sz w:val="14"/>
          <w:lang w:val="es-MX"/>
        </w:rPr>
      </w:pPr>
    </w:p>
    <w:p w14:paraId="4C554C45" w14:textId="585B54A1" w:rsidR="004543FA" w:rsidRPr="00F509CA" w:rsidRDefault="004543FA" w:rsidP="00F509CA">
      <w:pPr>
        <w:spacing w:before="120" w:after="120"/>
        <w:jc w:val="center"/>
        <w:rPr>
          <w:rFonts w:ascii="Arial" w:hAnsi="Arial"/>
          <w:color w:val="646464"/>
          <w:sz w:val="14"/>
        </w:rPr>
      </w:pPr>
      <w:r w:rsidRPr="00ED4FB4">
        <w:rPr>
          <w:rFonts w:ascii="Arial" w:hAnsi="Arial"/>
          <w:color w:val="646464"/>
          <w:sz w:val="14"/>
          <w:lang w:val="es-MX"/>
        </w:rPr>
        <w:t xml:space="preserve"> </w:t>
      </w:r>
      <w:r>
        <w:rPr>
          <w:rFonts w:ascii="Arial" w:hAnsi="Arial"/>
          <w:color w:val="646464"/>
          <w:sz w:val="14"/>
        </w:rPr>
        <w:t xml:space="preserve">- - - - - - - - - - - - - - - - - - - - - - - - - - - - - - - - - - - - - - </w:t>
      </w:r>
      <w:proofErr w:type="gramStart"/>
      <w:r>
        <w:rPr>
          <w:rFonts w:ascii="Arial" w:hAnsi="Arial"/>
          <w:color w:val="646464"/>
          <w:sz w:val="14"/>
        </w:rPr>
        <w:t>-  LÍNEA</w:t>
      </w:r>
      <w:proofErr w:type="gramEnd"/>
      <w:r>
        <w:rPr>
          <w:rFonts w:ascii="Arial" w:hAnsi="Arial"/>
          <w:color w:val="646464"/>
          <w:sz w:val="14"/>
        </w:rPr>
        <w:t xml:space="preserve"> DE CORTE  - - - - - - - - - - - - - - - - - - - - - - - - - - - - - - - - - - - - - - -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8"/>
        <w:gridCol w:w="3312"/>
      </w:tblGrid>
      <w:tr w:rsidR="004315D4" w14:paraId="307EE941" w14:textId="77777777">
        <w:trPr>
          <w:jc w:val="center"/>
        </w:trPr>
        <w:tc>
          <w:tcPr>
            <w:tcW w:w="7488" w:type="dxa"/>
          </w:tcPr>
          <w:p w14:paraId="0967A745" w14:textId="6461613D" w:rsidR="004315D4" w:rsidRPr="00ED4FB4" w:rsidRDefault="00EB3FFA">
            <w:pPr>
              <w:spacing w:after="20"/>
              <w:rPr>
                <w:lang w:val="es-MX"/>
              </w:rPr>
            </w:pPr>
            <w:r w:rsidRPr="00EB3FFA">
              <w:rPr>
                <w:rFonts w:ascii="Arial" w:hAnsi="Arial"/>
                <w:b/>
                <w:noProof/>
                <w:color w:val="003366"/>
                <w:sz w:val="20"/>
                <w:lang w:val="es-MX"/>
              </w:rPr>
              <w:drawing>
                <wp:anchor distT="0" distB="0" distL="114300" distR="114300" simplePos="0" relativeHeight="251657728" behindDoc="0" locked="0" layoutInCell="1" allowOverlap="1" wp14:anchorId="265AE7A7" wp14:editId="1F11A937">
                  <wp:simplePos x="0" y="0"/>
                  <wp:positionH relativeFrom="column">
                    <wp:posOffset>3903345</wp:posOffset>
                  </wp:positionH>
                  <wp:positionV relativeFrom="paragraph">
                    <wp:posOffset>-62865</wp:posOffset>
                  </wp:positionV>
                  <wp:extent cx="350104" cy="44767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104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3FA" w:rsidRPr="00ED4FB4">
              <w:rPr>
                <w:rFonts w:ascii="Arial" w:hAnsi="Arial"/>
                <w:b/>
                <w:color w:val="003366"/>
                <w:sz w:val="20"/>
                <w:lang w:val="es-MX"/>
              </w:rPr>
              <w:t>CENTRO DE INVESTIGACIÓN EN MATEMÁTICAS, A.C.</w:t>
            </w:r>
          </w:p>
          <w:p w14:paraId="6888A85A" w14:textId="35842C48" w:rsidR="004315D4" w:rsidRPr="00ED4FB4" w:rsidRDefault="004543FA">
            <w:pPr>
              <w:spacing w:after="0"/>
              <w:rPr>
                <w:lang w:val="es-MX"/>
              </w:rPr>
            </w:pPr>
            <w:r w:rsidRPr="00ED4FB4">
              <w:rPr>
                <w:rFonts w:ascii="Arial" w:hAnsi="Arial"/>
                <w:b/>
                <w:color w:val="646464"/>
                <w:sz w:val="17"/>
                <w:lang w:val="es-MX"/>
              </w:rPr>
              <w:t>Coordinación de Formación Académica | Control de Espacios</w:t>
            </w:r>
          </w:p>
        </w:tc>
        <w:tc>
          <w:tcPr>
            <w:tcW w:w="3312" w:type="dxa"/>
          </w:tcPr>
          <w:p w14:paraId="5DAF7DEE" w14:textId="7474BCF4" w:rsidR="004315D4" w:rsidRDefault="004543FA">
            <w:pPr>
              <w:spacing w:after="20"/>
              <w:jc w:val="right"/>
            </w:pPr>
            <w:r w:rsidRPr="00EB3FFA">
              <w:rPr>
                <w:rFonts w:ascii="Arial" w:hAnsi="Arial"/>
                <w:b/>
                <w:color w:val="003366"/>
                <w:sz w:val="17"/>
                <w:lang w:val="es-MX"/>
              </w:rPr>
              <w:br/>
            </w:r>
            <w:proofErr w:type="spellStart"/>
            <w:r>
              <w:rPr>
                <w:rFonts w:ascii="Arial" w:hAnsi="Arial"/>
                <w:color w:val="333333"/>
                <w:sz w:val="17"/>
              </w:rPr>
              <w:t>Fecha</w:t>
            </w:r>
            <w:proofErr w:type="spellEnd"/>
            <w:r>
              <w:rPr>
                <w:rFonts w:ascii="Arial" w:hAnsi="Arial"/>
                <w:color w:val="333333"/>
                <w:sz w:val="17"/>
              </w:rPr>
              <w:t>: ___ / ___ / 20___</w:t>
            </w:r>
          </w:p>
        </w:tc>
      </w:tr>
    </w:tbl>
    <w:p w14:paraId="3F626451" w14:textId="77777777" w:rsidR="004543FA" w:rsidRDefault="004543FA">
      <w:pPr>
        <w:spacing w:before="80" w:after="80"/>
        <w:jc w:val="center"/>
        <w:rPr>
          <w:rFonts w:ascii="Arial" w:hAnsi="Arial"/>
          <w:b/>
          <w:color w:val="003366"/>
          <w:sz w:val="21"/>
          <w:lang w:val="es-MX"/>
        </w:rPr>
      </w:pPr>
    </w:p>
    <w:p w14:paraId="0FC73BA2" w14:textId="31E87F24" w:rsidR="004315D4" w:rsidRPr="00ED4FB4" w:rsidRDefault="004543FA">
      <w:pPr>
        <w:spacing w:before="80" w:after="80"/>
        <w:jc w:val="center"/>
        <w:rPr>
          <w:lang w:val="es-MX"/>
        </w:rPr>
      </w:pPr>
      <w:r w:rsidRPr="00ED4FB4">
        <w:rPr>
          <w:rFonts w:ascii="Arial" w:hAnsi="Arial"/>
          <w:b/>
          <w:color w:val="003366"/>
          <w:sz w:val="21"/>
          <w:lang w:val="es-MX"/>
        </w:rPr>
        <w:t>VALE DE RESGUARDO Y RECEPCIÓN DE LLAVES Y ESPACIO</w:t>
      </w:r>
    </w:p>
    <w:p w14:paraId="6947613C" w14:textId="0E650CCB" w:rsidR="004315D4" w:rsidRDefault="004543FA">
      <w:pPr>
        <w:spacing w:before="40" w:after="40"/>
      </w:pPr>
      <w:r>
        <w:rPr>
          <w:rFonts w:ascii="Arial" w:hAnsi="Arial"/>
          <w:b/>
          <w:color w:val="003366"/>
          <w:sz w:val="17"/>
        </w:rPr>
        <w:t>1. DATOS DEL RESGUARDANTE</w:t>
      </w: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</w:tblBorders>
        <w:tblLook w:val="04A0" w:firstRow="1" w:lastRow="0" w:firstColumn="1" w:lastColumn="0" w:noHBand="0" w:noVBand="1"/>
      </w:tblPr>
      <w:tblGrid>
        <w:gridCol w:w="6474"/>
        <w:gridCol w:w="4316"/>
      </w:tblGrid>
      <w:tr w:rsidR="004315D4" w14:paraId="0AE6146C" w14:textId="77777777">
        <w:trPr>
          <w:jc w:val="center"/>
        </w:trPr>
        <w:tc>
          <w:tcPr>
            <w:tcW w:w="64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6A1B27" w14:textId="0F7B9EFC" w:rsidR="004315D4" w:rsidRDefault="004543FA">
            <w:pPr>
              <w:spacing w:after="20"/>
            </w:pPr>
            <w:proofErr w:type="spellStart"/>
            <w:r>
              <w:rPr>
                <w:rFonts w:ascii="Arial" w:hAnsi="Arial"/>
                <w:b/>
                <w:sz w:val="16"/>
              </w:rPr>
              <w:t>Nombre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completo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: </w:t>
            </w:r>
            <w:r>
              <w:rPr>
                <w:rFonts w:ascii="Arial" w:hAnsi="Arial"/>
                <w:sz w:val="16"/>
              </w:rPr>
              <w:t>______________________________________</w:t>
            </w:r>
          </w:p>
        </w:tc>
        <w:tc>
          <w:tcPr>
            <w:tcW w:w="43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A097A2" w14:textId="319021DB" w:rsidR="004315D4" w:rsidRDefault="004543FA">
            <w:pPr>
              <w:spacing w:after="20"/>
            </w:pPr>
            <w:proofErr w:type="spellStart"/>
            <w:r>
              <w:rPr>
                <w:rFonts w:ascii="Arial" w:hAnsi="Arial"/>
                <w:b/>
                <w:sz w:val="16"/>
              </w:rPr>
              <w:t>Programa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/ </w:t>
            </w:r>
            <w:proofErr w:type="spellStart"/>
            <w:r w:rsidR="00E312BB">
              <w:rPr>
                <w:rFonts w:ascii="Arial" w:hAnsi="Arial"/>
                <w:b/>
                <w:sz w:val="16"/>
              </w:rPr>
              <w:t>Á</w:t>
            </w:r>
            <w:r>
              <w:rPr>
                <w:rFonts w:ascii="Arial" w:hAnsi="Arial"/>
                <w:b/>
                <w:sz w:val="16"/>
              </w:rPr>
              <w:t>rea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: </w:t>
            </w:r>
            <w:r>
              <w:rPr>
                <w:rFonts w:ascii="Arial" w:hAnsi="Arial"/>
                <w:sz w:val="16"/>
              </w:rPr>
              <w:t>____________________</w:t>
            </w:r>
          </w:p>
        </w:tc>
      </w:tr>
      <w:tr w:rsidR="004315D4" w14:paraId="26D63ADD" w14:textId="77777777">
        <w:trPr>
          <w:jc w:val="center"/>
        </w:trPr>
        <w:tc>
          <w:tcPr>
            <w:tcW w:w="64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AA1C5F" w14:textId="7C3CF68F" w:rsidR="004315D4" w:rsidRDefault="004543FA">
            <w:pPr>
              <w:spacing w:after="20"/>
            </w:pPr>
            <w:proofErr w:type="spellStart"/>
            <w:r>
              <w:rPr>
                <w:rFonts w:ascii="Arial" w:hAnsi="Arial"/>
                <w:b/>
                <w:sz w:val="16"/>
              </w:rPr>
              <w:t>Correo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electrónico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: </w:t>
            </w:r>
            <w:r>
              <w:rPr>
                <w:rFonts w:ascii="Arial" w:hAnsi="Arial"/>
                <w:sz w:val="16"/>
              </w:rPr>
              <w:t>____________________________________</w:t>
            </w:r>
          </w:p>
        </w:tc>
        <w:tc>
          <w:tcPr>
            <w:tcW w:w="432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0F37A4" w14:textId="54C1563F" w:rsidR="004315D4" w:rsidRDefault="004543FA">
            <w:pPr>
              <w:spacing w:after="20"/>
            </w:pPr>
            <w:proofErr w:type="spellStart"/>
            <w:r>
              <w:rPr>
                <w:rFonts w:ascii="Arial" w:hAnsi="Arial"/>
                <w:b/>
                <w:sz w:val="16"/>
              </w:rPr>
              <w:t>Teléfono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: </w:t>
            </w:r>
            <w:r>
              <w:rPr>
                <w:rFonts w:ascii="Arial" w:hAnsi="Arial"/>
                <w:sz w:val="16"/>
              </w:rPr>
              <w:t>_______________________</w:t>
            </w:r>
          </w:p>
        </w:tc>
      </w:tr>
    </w:tbl>
    <w:p w14:paraId="039CF12D" w14:textId="07478A60" w:rsidR="004315D4" w:rsidRDefault="004543FA">
      <w:pPr>
        <w:spacing w:before="80" w:after="40"/>
        <w:rPr>
          <w:rFonts w:ascii="Arial" w:hAnsi="Arial"/>
          <w:b/>
          <w:color w:val="003366"/>
          <w:sz w:val="17"/>
          <w:lang w:val="es-MX"/>
        </w:rPr>
      </w:pPr>
      <w:r w:rsidRPr="00ED4FB4">
        <w:rPr>
          <w:rFonts w:ascii="Arial" w:hAnsi="Arial"/>
          <w:b/>
          <w:color w:val="003366"/>
          <w:sz w:val="17"/>
          <w:lang w:val="es-MX"/>
        </w:rPr>
        <w:t>2. DATOS DEL ESPACIO Y LLAVE ASIGNADA</w:t>
      </w:r>
    </w:p>
    <w:tbl>
      <w:tblPr>
        <w:tblW w:w="0" w:type="auto"/>
        <w:jc w:val="center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</w:tblBorders>
        <w:tblLook w:val="04A0" w:firstRow="1" w:lastRow="0" w:firstColumn="1" w:lastColumn="0" w:noHBand="0" w:noVBand="1"/>
      </w:tblPr>
      <w:tblGrid>
        <w:gridCol w:w="3949"/>
        <w:gridCol w:w="4264"/>
      </w:tblGrid>
      <w:tr w:rsidR="00B413B5" w:rsidRPr="00F509CA" w14:paraId="45FCF4D7" w14:textId="77777777" w:rsidTr="00031915">
        <w:trPr>
          <w:trHeight w:val="615"/>
          <w:jc w:val="center"/>
        </w:trPr>
        <w:tc>
          <w:tcPr>
            <w:tcW w:w="39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144724" w14:textId="77777777" w:rsidR="00B413B5" w:rsidRPr="00B413B5" w:rsidRDefault="00B413B5" w:rsidP="00183F19">
            <w:pPr>
              <w:rPr>
                <w:lang w:val="es-MX"/>
              </w:rPr>
            </w:pPr>
            <w:r w:rsidRPr="00B413B5">
              <w:rPr>
                <w:rFonts w:ascii="Arial" w:hAnsi="Arial"/>
                <w:b/>
                <w:sz w:val="16"/>
                <w:lang w:val="es-MX"/>
              </w:rPr>
              <w:t>No. de Oficina y Lugar: _____</w:t>
            </w:r>
            <w:r w:rsidRPr="00B413B5">
              <w:rPr>
                <w:rFonts w:ascii="Arial" w:hAnsi="Arial"/>
                <w:sz w:val="16"/>
                <w:lang w:val="es-MX"/>
              </w:rPr>
              <w:t>_____________</w:t>
            </w:r>
          </w:p>
        </w:tc>
        <w:tc>
          <w:tcPr>
            <w:tcW w:w="426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9F371" w14:textId="26A1D862" w:rsidR="00B413B5" w:rsidRPr="00031915" w:rsidRDefault="00B413B5" w:rsidP="00183F19">
            <w:pPr>
              <w:rPr>
                <w:lang w:val="es-MX"/>
              </w:rPr>
            </w:pPr>
            <w:r w:rsidRPr="00031915">
              <w:rPr>
                <w:rFonts w:ascii="Arial" w:hAnsi="Arial"/>
                <w:b/>
                <w:sz w:val="16"/>
                <w:lang w:val="es-MX"/>
              </w:rPr>
              <w:t>Periodo</w:t>
            </w:r>
            <w:r w:rsidR="00031915" w:rsidRPr="00031915">
              <w:rPr>
                <w:rFonts w:ascii="Arial" w:hAnsi="Arial"/>
                <w:b/>
                <w:sz w:val="16"/>
                <w:lang w:val="es-MX"/>
              </w:rPr>
              <w:t xml:space="preserve"> de estancia</w:t>
            </w:r>
            <w:r w:rsidRPr="00031915">
              <w:rPr>
                <w:rFonts w:ascii="Arial" w:hAnsi="Arial"/>
                <w:b/>
                <w:sz w:val="16"/>
                <w:lang w:val="es-MX"/>
              </w:rPr>
              <w:t xml:space="preserve">: </w:t>
            </w:r>
            <w:r w:rsidRPr="00031915">
              <w:rPr>
                <w:rFonts w:ascii="Arial" w:hAnsi="Arial"/>
                <w:sz w:val="16"/>
                <w:lang w:val="es-MX"/>
              </w:rPr>
              <w:t>Del ___/___/20__ al ___/___/20__</w:t>
            </w:r>
          </w:p>
        </w:tc>
      </w:tr>
    </w:tbl>
    <w:p w14:paraId="1ED95165" w14:textId="77777777" w:rsidR="00B413B5" w:rsidRPr="00ED4FB4" w:rsidRDefault="00B413B5">
      <w:pPr>
        <w:spacing w:before="80" w:after="40"/>
        <w:rPr>
          <w:lang w:val="es-MX"/>
        </w:rPr>
      </w:pPr>
    </w:p>
    <w:p w14:paraId="5DE8CCC9" w14:textId="22A98F23" w:rsidR="004315D4" w:rsidRPr="00ED4FB4" w:rsidRDefault="004543FA">
      <w:pPr>
        <w:spacing w:before="80" w:after="40"/>
        <w:rPr>
          <w:lang w:val="es-MX"/>
        </w:rPr>
      </w:pPr>
      <w:r w:rsidRPr="00ED4FB4">
        <w:rPr>
          <w:rFonts w:ascii="Arial" w:hAnsi="Arial"/>
          <w:b/>
          <w:color w:val="003366"/>
          <w:sz w:val="17"/>
          <w:lang w:val="es-MX"/>
        </w:rPr>
        <w:t>3. COMPROMISOS Y CONDICIONES DEL RESGUARDO</w:t>
      </w:r>
    </w:p>
    <w:p w14:paraId="47051203" w14:textId="34A9DEA0" w:rsidR="004315D4" w:rsidRPr="00ED4FB4" w:rsidRDefault="004543FA">
      <w:pPr>
        <w:spacing w:after="30"/>
        <w:ind w:left="288"/>
        <w:rPr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>Cuidar el mobiliario, equipo y el espacio físico que me sea asignado durante mi estancia.</w:t>
      </w:r>
    </w:p>
    <w:p w14:paraId="2890D283" w14:textId="1302D506" w:rsidR="004315D4" w:rsidRDefault="004543FA">
      <w:pPr>
        <w:spacing w:after="30"/>
        <w:ind w:left="288"/>
        <w:rPr>
          <w:rFonts w:ascii="Arial" w:hAnsi="Arial"/>
          <w:color w:val="333333"/>
          <w:sz w:val="16"/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 xml:space="preserve">Resguardar y entregar a </w:t>
      </w:r>
      <w:r w:rsidR="00E312BB">
        <w:rPr>
          <w:rFonts w:ascii="Arial" w:hAnsi="Arial"/>
          <w:color w:val="333333"/>
          <w:sz w:val="16"/>
          <w:lang w:val="es-MX"/>
        </w:rPr>
        <w:t>Servicios Escolares</w:t>
      </w:r>
      <w:r w:rsidRPr="00ED4FB4">
        <w:rPr>
          <w:rFonts w:ascii="Arial" w:hAnsi="Arial"/>
          <w:color w:val="333333"/>
          <w:sz w:val="16"/>
          <w:lang w:val="es-MX"/>
        </w:rPr>
        <w:t xml:space="preserve"> el juego de llaves asignado al finalizar mi periodo.</w:t>
      </w:r>
    </w:p>
    <w:p w14:paraId="68F8B172" w14:textId="43262293" w:rsidR="00F509CA" w:rsidRPr="00ED4FB4" w:rsidRDefault="00F509CA" w:rsidP="00F509CA">
      <w:pPr>
        <w:spacing w:after="20"/>
        <w:ind w:left="284"/>
        <w:rPr>
          <w:lang w:val="es-MX"/>
        </w:rPr>
      </w:pPr>
      <w:r w:rsidRPr="00E077B3">
        <w:rPr>
          <w:rFonts w:ascii="Arial" w:hAnsi="Arial"/>
          <w:b/>
          <w:color w:val="003366"/>
          <w:sz w:val="15"/>
          <w:lang w:val="es-MX"/>
        </w:rPr>
        <w:t xml:space="preserve">• </w:t>
      </w:r>
      <w:r w:rsidRPr="00F509CA">
        <w:rPr>
          <w:rFonts w:ascii="Arial" w:hAnsi="Arial"/>
          <w:color w:val="333333"/>
          <w:sz w:val="16"/>
          <w:szCs w:val="16"/>
          <w:lang w:val="es-MX"/>
        </w:rPr>
        <w:t>Entregar el espacio de trabajo completamente desocupado al término de mi estancia. Objetos o pertenencias dejados tras la entrega de llaves o vencimiento del periodo se considerarán abandonados y serán donados o desechados.</w:t>
      </w:r>
    </w:p>
    <w:p w14:paraId="56E8A1C3" w14:textId="6C7C9E8B" w:rsidR="004315D4" w:rsidRPr="00ED4FB4" w:rsidRDefault="004543FA">
      <w:pPr>
        <w:spacing w:after="30"/>
        <w:ind w:left="288"/>
        <w:rPr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>Realizar un depósito en garantía de $400.00 MXN (Cuatrocientos pesos 00/100 M.N.) por el resguardo de las llaves.</w:t>
      </w:r>
    </w:p>
    <w:p w14:paraId="35929C31" w14:textId="11F1C328" w:rsidR="004315D4" w:rsidRPr="00ED4FB4" w:rsidRDefault="004543FA">
      <w:pPr>
        <w:spacing w:after="30"/>
        <w:ind w:left="288"/>
        <w:rPr>
          <w:lang w:val="es-MX"/>
        </w:rPr>
      </w:pPr>
      <w:r w:rsidRPr="00ED4FB4">
        <w:rPr>
          <w:rFonts w:ascii="Arial" w:hAnsi="Arial"/>
          <w:b/>
          <w:color w:val="003366"/>
          <w:sz w:val="16"/>
          <w:lang w:val="es-MX"/>
        </w:rPr>
        <w:t xml:space="preserve">• </w:t>
      </w:r>
      <w:r w:rsidRPr="00ED4FB4">
        <w:rPr>
          <w:rFonts w:ascii="Arial" w:hAnsi="Arial"/>
          <w:color w:val="333333"/>
          <w:sz w:val="16"/>
          <w:lang w:val="es-MX"/>
        </w:rPr>
        <w:t>Autorizar el uso del depósito en caso de extravío, daño o no entrega de las llaves al término de mi periodo de estancia.</w:t>
      </w:r>
    </w:p>
    <w:p w14:paraId="547EE249" w14:textId="1842F39B" w:rsidR="004315D4" w:rsidRPr="00ED4FB4" w:rsidRDefault="004315D4">
      <w:pPr>
        <w:spacing w:before="80" w:after="24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</w:tblGrid>
      <w:tr w:rsidR="004543FA" w:rsidRPr="00F509CA" w14:paraId="44771C60" w14:textId="77777777">
        <w:trPr>
          <w:jc w:val="center"/>
        </w:trPr>
        <w:tc>
          <w:tcPr>
            <w:tcW w:w="5400" w:type="dxa"/>
          </w:tcPr>
          <w:p w14:paraId="22BBE63C" w14:textId="0CCDA61E" w:rsidR="004543FA" w:rsidRPr="00ED4FB4" w:rsidRDefault="004543FA">
            <w:pPr>
              <w:spacing w:after="0"/>
              <w:jc w:val="center"/>
              <w:rPr>
                <w:lang w:val="es-MX"/>
              </w:rPr>
            </w:pPr>
            <w:r w:rsidRPr="00ED4FB4">
              <w:rPr>
                <w:rFonts w:ascii="Arial" w:hAnsi="Arial"/>
                <w:sz w:val="16"/>
                <w:lang w:val="es-MX"/>
              </w:rPr>
              <w:t>_________________________________________</w:t>
            </w:r>
            <w:r w:rsidRPr="00ED4FB4">
              <w:rPr>
                <w:rFonts w:ascii="Arial" w:hAnsi="Arial"/>
                <w:sz w:val="16"/>
                <w:lang w:val="es-MX"/>
              </w:rPr>
              <w:br/>
            </w:r>
            <w:r w:rsidRPr="00ED4FB4">
              <w:rPr>
                <w:rFonts w:ascii="Arial" w:hAnsi="Arial"/>
                <w:b/>
                <w:color w:val="003366"/>
                <w:sz w:val="16"/>
                <w:lang w:val="es-MX"/>
              </w:rPr>
              <w:t>FIRMA DEL RESGUARDANTE</w:t>
            </w:r>
            <w:r w:rsidRPr="00ED4FB4">
              <w:rPr>
                <w:rFonts w:ascii="Arial" w:hAnsi="Arial"/>
                <w:b/>
                <w:color w:val="003366"/>
                <w:sz w:val="16"/>
                <w:lang w:val="es-MX"/>
              </w:rPr>
              <w:br/>
            </w:r>
            <w:r w:rsidRPr="00ED4FB4">
              <w:rPr>
                <w:rFonts w:ascii="Arial" w:hAnsi="Arial"/>
                <w:color w:val="646464"/>
                <w:sz w:val="15"/>
                <w:lang w:val="es-MX"/>
              </w:rPr>
              <w:t>(Nombre y Firma del Usuario)</w:t>
            </w:r>
          </w:p>
        </w:tc>
      </w:tr>
    </w:tbl>
    <w:p w14:paraId="28886678" w14:textId="1A6A6F85" w:rsidR="004315D4" w:rsidRPr="00ED4FB4" w:rsidRDefault="004543FA">
      <w:pPr>
        <w:spacing w:before="80" w:after="80"/>
        <w:jc w:val="right"/>
        <w:rPr>
          <w:lang w:val="es-MX"/>
        </w:rPr>
      </w:pPr>
      <w:r w:rsidRPr="00ED4FB4">
        <w:rPr>
          <w:rFonts w:ascii="Arial" w:hAnsi="Arial"/>
          <w:b/>
          <w:color w:val="003366"/>
          <w:sz w:val="15"/>
          <w:lang w:val="es-MX"/>
        </w:rPr>
        <w:t xml:space="preserve">[TANTO 2] — DESTINO: Tesorería </w:t>
      </w:r>
    </w:p>
    <w:sectPr w:rsidR="004315D4" w:rsidRPr="00ED4FB4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2820554">
    <w:abstractNumId w:val="8"/>
  </w:num>
  <w:num w:numId="2" w16cid:durableId="2062823952">
    <w:abstractNumId w:val="6"/>
  </w:num>
  <w:num w:numId="3" w16cid:durableId="1446270396">
    <w:abstractNumId w:val="5"/>
  </w:num>
  <w:num w:numId="4" w16cid:durableId="1959488022">
    <w:abstractNumId w:val="4"/>
  </w:num>
  <w:num w:numId="5" w16cid:durableId="1204249601">
    <w:abstractNumId w:val="7"/>
  </w:num>
  <w:num w:numId="6" w16cid:durableId="1962491474">
    <w:abstractNumId w:val="3"/>
  </w:num>
  <w:num w:numId="7" w16cid:durableId="1819951117">
    <w:abstractNumId w:val="2"/>
  </w:num>
  <w:num w:numId="8" w16cid:durableId="1783376494">
    <w:abstractNumId w:val="1"/>
  </w:num>
  <w:num w:numId="9" w16cid:durableId="170323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915"/>
    <w:rsid w:val="00034616"/>
    <w:rsid w:val="0006063C"/>
    <w:rsid w:val="0015074B"/>
    <w:rsid w:val="0029639D"/>
    <w:rsid w:val="00326F90"/>
    <w:rsid w:val="004315D4"/>
    <w:rsid w:val="004543FA"/>
    <w:rsid w:val="00AA1D8D"/>
    <w:rsid w:val="00AC3C8E"/>
    <w:rsid w:val="00B413B5"/>
    <w:rsid w:val="00B47730"/>
    <w:rsid w:val="00CA3C90"/>
    <w:rsid w:val="00CB0664"/>
    <w:rsid w:val="00D359A7"/>
    <w:rsid w:val="00E312BB"/>
    <w:rsid w:val="00EB3FFA"/>
    <w:rsid w:val="00ED4FB4"/>
    <w:rsid w:val="00F329D6"/>
    <w:rsid w:val="00F509CA"/>
    <w:rsid w:val="00F914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89D918"/>
  <w14:defaultImageDpi w14:val="300"/>
  <w15:docId w15:val="{47027E00-8D8A-42E5-8EAC-EF79F04E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norma.pacheco</cp:lastModifiedBy>
  <cp:revision>7</cp:revision>
  <cp:lastPrinted>2026-08-10T19:09:00Z</cp:lastPrinted>
  <dcterms:created xsi:type="dcterms:W3CDTF">2026-08-10T18:08:00Z</dcterms:created>
  <dcterms:modified xsi:type="dcterms:W3CDTF">2026-08-10T19:28:00Z</dcterms:modified>
  <cp:category/>
</cp:coreProperties>
</file>